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3A7564" w14:textId="77777777" w:rsidR="00595BFC" w:rsidRDefault="00373DD2">
      <w:pPr>
        <w:jc w:val="center"/>
        <w:rPr>
          <w:lang w:eastAsia="ja-JP"/>
        </w:rPr>
      </w:pPr>
      <w:bookmarkStart w:id="0" w:name="_GoBack"/>
      <w:bookmarkEnd w:id="0"/>
      <w:r>
        <w:rPr>
          <w:b/>
          <w:sz w:val="32"/>
          <w:lang w:eastAsia="ja-JP"/>
        </w:rPr>
        <w:t>青木村70周年記念</w:t>
      </w:r>
    </w:p>
    <w:p w14:paraId="79B66001" w14:textId="77777777" w:rsidR="00595BFC" w:rsidRDefault="00373DD2">
      <w:pPr>
        <w:jc w:val="center"/>
        <w:rPr>
          <w:lang w:eastAsia="ja-JP"/>
        </w:rPr>
      </w:pPr>
      <w:r>
        <w:rPr>
          <w:b/>
          <w:sz w:val="30"/>
          <w:lang w:eastAsia="ja-JP"/>
        </w:rPr>
        <w:t>「写真でつなぐ　青木村70年」</w:t>
      </w:r>
    </w:p>
    <w:p w14:paraId="648E0F08" w14:textId="77777777" w:rsidR="00595BFC" w:rsidRDefault="00373DD2">
      <w:pPr>
        <w:jc w:val="center"/>
        <w:rPr>
          <w:lang w:eastAsia="ja-JP"/>
        </w:rPr>
      </w:pPr>
      <w:r>
        <w:rPr>
          <w:b/>
          <w:sz w:val="22"/>
          <w:lang w:eastAsia="ja-JP"/>
        </w:rPr>
        <w:t>～あの日・あの場所・あの笑顔～</w:t>
      </w:r>
    </w:p>
    <w:p w14:paraId="38E38BBC" w14:textId="77777777" w:rsidR="00595BFC" w:rsidRDefault="00373DD2">
      <w:pPr>
        <w:spacing w:after="100"/>
        <w:rPr>
          <w:lang w:eastAsia="ja-JP"/>
        </w:rPr>
      </w:pPr>
      <w:r>
        <w:rPr>
          <w:b/>
          <w:sz w:val="24"/>
          <w:lang w:eastAsia="ja-JP"/>
        </w:rPr>
        <w:t>写真・映像等 エントリーシート</w:t>
      </w:r>
    </w:p>
    <w:p w14:paraId="0C747F5F" w14:textId="77777777" w:rsidR="00595BFC" w:rsidRDefault="00373DD2">
      <w:pPr>
        <w:jc w:val="center"/>
        <w:rPr>
          <w:lang w:eastAsia="ja-JP"/>
        </w:rPr>
      </w:pPr>
      <w:r>
        <w:rPr>
          <w:lang w:eastAsia="ja-JP"/>
        </w:rPr>
        <w:t>あなたのアルバムに眠っている「青木村の70年」をお寄せください。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154"/>
        <w:gridCol w:w="7654"/>
      </w:tblGrid>
      <w:tr w:rsidR="00595BFC" w14:paraId="7E5C0DAB" w14:textId="77777777">
        <w:trPr>
          <w:jc w:val="center"/>
        </w:trPr>
        <w:tc>
          <w:tcPr>
            <w:tcW w:w="2154" w:type="dxa"/>
            <w:shd w:val="clear" w:color="auto" w:fill="EDEDED"/>
            <w:vAlign w:val="center"/>
          </w:tcPr>
          <w:p w14:paraId="6C470B58" w14:textId="77777777" w:rsidR="00595BFC" w:rsidRDefault="00373DD2">
            <w:proofErr w:type="spellStart"/>
            <w:r>
              <w:rPr>
                <w:b/>
                <w:sz w:val="18"/>
              </w:rPr>
              <w:t>お名前（必須</w:t>
            </w:r>
            <w:proofErr w:type="spellEnd"/>
            <w:r>
              <w:rPr>
                <w:b/>
                <w:sz w:val="18"/>
              </w:rPr>
              <w:t>）</w:t>
            </w:r>
          </w:p>
        </w:tc>
        <w:tc>
          <w:tcPr>
            <w:tcW w:w="7654" w:type="dxa"/>
            <w:vAlign w:val="center"/>
          </w:tcPr>
          <w:p w14:paraId="7C8B12C5" w14:textId="77777777" w:rsidR="00595BFC" w:rsidRDefault="00373DD2">
            <w:r>
              <w:rPr>
                <w:sz w:val="18"/>
              </w:rPr>
              <w:t xml:space="preserve">　　　　　　　　　　　　　　　　　　　　　　　　　　　　</w:t>
            </w:r>
          </w:p>
        </w:tc>
      </w:tr>
      <w:tr w:rsidR="00595BFC" w14:paraId="079AF689" w14:textId="77777777">
        <w:trPr>
          <w:jc w:val="center"/>
        </w:trPr>
        <w:tc>
          <w:tcPr>
            <w:tcW w:w="2154" w:type="dxa"/>
            <w:shd w:val="clear" w:color="auto" w:fill="EDEDED"/>
            <w:vAlign w:val="center"/>
          </w:tcPr>
          <w:p w14:paraId="2C854DF0" w14:textId="77777777" w:rsidR="00595BFC" w:rsidRDefault="00373DD2">
            <w:r>
              <w:rPr>
                <w:b/>
                <w:sz w:val="18"/>
              </w:rPr>
              <w:t>ご住所</w:t>
            </w:r>
          </w:p>
        </w:tc>
        <w:tc>
          <w:tcPr>
            <w:tcW w:w="7654" w:type="dxa"/>
            <w:vAlign w:val="center"/>
          </w:tcPr>
          <w:p w14:paraId="110BAA8F" w14:textId="77777777" w:rsidR="00595BFC" w:rsidRDefault="00373DD2">
            <w:r>
              <w:rPr>
                <w:sz w:val="18"/>
              </w:rPr>
              <w:t xml:space="preserve">　　　　　　　　　　　　　　　　　　　　　　　　　　　　</w:t>
            </w:r>
          </w:p>
        </w:tc>
      </w:tr>
      <w:tr w:rsidR="00595BFC" w14:paraId="55BBB86F" w14:textId="77777777">
        <w:trPr>
          <w:jc w:val="center"/>
        </w:trPr>
        <w:tc>
          <w:tcPr>
            <w:tcW w:w="2154" w:type="dxa"/>
            <w:shd w:val="clear" w:color="auto" w:fill="EDEDED"/>
            <w:vAlign w:val="center"/>
          </w:tcPr>
          <w:p w14:paraId="5EF09D4A" w14:textId="77777777" w:rsidR="00595BFC" w:rsidRDefault="00373DD2">
            <w:r>
              <w:rPr>
                <w:b/>
                <w:sz w:val="18"/>
              </w:rPr>
              <w:t>電話番号</w:t>
            </w:r>
          </w:p>
        </w:tc>
        <w:tc>
          <w:tcPr>
            <w:tcW w:w="7654" w:type="dxa"/>
            <w:vAlign w:val="center"/>
          </w:tcPr>
          <w:p w14:paraId="4FCF1093" w14:textId="77777777" w:rsidR="00595BFC" w:rsidRDefault="00373DD2">
            <w:r>
              <w:rPr>
                <w:sz w:val="18"/>
              </w:rPr>
              <w:t xml:space="preserve">　　　　　　　　　　　　　　　　　　　　　　　　　　　　</w:t>
            </w:r>
          </w:p>
        </w:tc>
      </w:tr>
      <w:tr w:rsidR="00595BFC" w14:paraId="60083546" w14:textId="77777777">
        <w:trPr>
          <w:jc w:val="center"/>
        </w:trPr>
        <w:tc>
          <w:tcPr>
            <w:tcW w:w="2154" w:type="dxa"/>
            <w:shd w:val="clear" w:color="auto" w:fill="EDEDED"/>
            <w:vAlign w:val="center"/>
          </w:tcPr>
          <w:p w14:paraId="1D9F5CC8" w14:textId="77777777" w:rsidR="00595BFC" w:rsidRDefault="00373DD2">
            <w:r>
              <w:rPr>
                <w:b/>
                <w:sz w:val="18"/>
              </w:rPr>
              <w:t>メールアドレス</w:t>
            </w:r>
          </w:p>
        </w:tc>
        <w:tc>
          <w:tcPr>
            <w:tcW w:w="7654" w:type="dxa"/>
            <w:vAlign w:val="center"/>
          </w:tcPr>
          <w:p w14:paraId="05B73210" w14:textId="77777777" w:rsidR="00595BFC" w:rsidRDefault="00373DD2">
            <w:r>
              <w:rPr>
                <w:sz w:val="18"/>
              </w:rPr>
              <w:t xml:space="preserve">　　　　　　　　　　　　　　　　　　　　　　　　　　　　</w:t>
            </w:r>
          </w:p>
        </w:tc>
      </w:tr>
      <w:tr w:rsidR="00595BFC" w14:paraId="3027C621" w14:textId="77777777">
        <w:trPr>
          <w:jc w:val="center"/>
        </w:trPr>
        <w:tc>
          <w:tcPr>
            <w:tcW w:w="2154" w:type="dxa"/>
            <w:shd w:val="clear" w:color="auto" w:fill="EDEDED"/>
            <w:vAlign w:val="center"/>
          </w:tcPr>
          <w:p w14:paraId="35F0B7BD" w14:textId="77777777" w:rsidR="00595BFC" w:rsidRDefault="00373DD2">
            <w:r>
              <w:rPr>
                <w:b/>
                <w:sz w:val="18"/>
              </w:rPr>
              <w:t>写真等の点数</w:t>
            </w:r>
          </w:p>
        </w:tc>
        <w:tc>
          <w:tcPr>
            <w:tcW w:w="7654" w:type="dxa"/>
            <w:vAlign w:val="center"/>
          </w:tcPr>
          <w:p w14:paraId="6EC5AA6B" w14:textId="77777777" w:rsidR="00595BFC" w:rsidRDefault="00373DD2">
            <w:r>
              <w:rPr>
                <w:sz w:val="18"/>
              </w:rPr>
              <w:t xml:space="preserve">　　　　　　　　　　　　　　　　　　　　　　　　　　　　</w:t>
            </w:r>
          </w:p>
        </w:tc>
      </w:tr>
      <w:tr w:rsidR="00595BFC" w14:paraId="36DDC77B" w14:textId="77777777">
        <w:trPr>
          <w:jc w:val="center"/>
        </w:trPr>
        <w:tc>
          <w:tcPr>
            <w:tcW w:w="2154" w:type="dxa"/>
            <w:shd w:val="clear" w:color="auto" w:fill="EDEDED"/>
            <w:vAlign w:val="center"/>
          </w:tcPr>
          <w:p w14:paraId="00E8B230" w14:textId="77777777" w:rsidR="00595BFC" w:rsidRDefault="00373DD2">
            <w:r>
              <w:rPr>
                <w:b/>
                <w:sz w:val="18"/>
              </w:rPr>
              <w:t>返却方法・連絡事項</w:t>
            </w:r>
          </w:p>
        </w:tc>
        <w:tc>
          <w:tcPr>
            <w:tcW w:w="7654" w:type="dxa"/>
            <w:vAlign w:val="center"/>
          </w:tcPr>
          <w:p w14:paraId="7A0898E0" w14:textId="77777777" w:rsidR="00595BFC" w:rsidRDefault="00373DD2">
            <w:r>
              <w:rPr>
                <w:sz w:val="18"/>
              </w:rPr>
              <w:t xml:space="preserve">　　　　　　　　　　　　　　　　　　　　　　　　　　　　</w:t>
            </w:r>
          </w:p>
        </w:tc>
      </w:tr>
    </w:tbl>
    <w:p w14:paraId="753A93AB" w14:textId="77777777" w:rsidR="00595BFC" w:rsidRDefault="00595BFC"/>
    <w:p w14:paraId="63400D17" w14:textId="77777777" w:rsidR="00595BFC" w:rsidRDefault="00373DD2">
      <w:r>
        <w:rPr>
          <w:b/>
          <w:sz w:val="22"/>
        </w:rPr>
        <w:t>写真・映像等について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721"/>
        <w:gridCol w:w="7087"/>
      </w:tblGrid>
      <w:tr w:rsidR="00595BFC" w14:paraId="378357D6" w14:textId="77777777">
        <w:trPr>
          <w:jc w:val="center"/>
        </w:trPr>
        <w:tc>
          <w:tcPr>
            <w:tcW w:w="2721" w:type="dxa"/>
            <w:shd w:val="clear" w:color="auto" w:fill="EDEDED"/>
            <w:vAlign w:val="center"/>
          </w:tcPr>
          <w:p w14:paraId="2B4322DE" w14:textId="77777777" w:rsidR="00595BFC" w:rsidRDefault="00373DD2">
            <w:r>
              <w:rPr>
                <w:b/>
                <w:sz w:val="18"/>
              </w:rPr>
              <w:t>資料番号</w:t>
            </w:r>
          </w:p>
        </w:tc>
        <w:tc>
          <w:tcPr>
            <w:tcW w:w="7087" w:type="dxa"/>
            <w:vAlign w:val="center"/>
          </w:tcPr>
          <w:p w14:paraId="499D6D9F" w14:textId="77777777" w:rsidR="00595BFC" w:rsidRDefault="00373DD2">
            <w:pPr>
              <w:rPr>
                <w:lang w:eastAsia="ja-JP"/>
              </w:rPr>
            </w:pPr>
            <w:r>
              <w:rPr>
                <w:sz w:val="18"/>
                <w:lang w:eastAsia="ja-JP"/>
              </w:rPr>
              <w:t xml:space="preserve">　　　　　　　　　※受付時に記入</w:t>
            </w:r>
          </w:p>
        </w:tc>
      </w:tr>
      <w:tr w:rsidR="00595BFC" w14:paraId="5A63FB3E" w14:textId="77777777">
        <w:trPr>
          <w:jc w:val="center"/>
        </w:trPr>
        <w:tc>
          <w:tcPr>
            <w:tcW w:w="2721" w:type="dxa"/>
            <w:shd w:val="clear" w:color="auto" w:fill="EDEDED"/>
            <w:vAlign w:val="center"/>
          </w:tcPr>
          <w:p w14:paraId="44CD75DF" w14:textId="77777777" w:rsidR="00595BFC" w:rsidRDefault="00373DD2">
            <w:proofErr w:type="spellStart"/>
            <w:r>
              <w:rPr>
                <w:b/>
                <w:sz w:val="18"/>
              </w:rPr>
              <w:t>撮影した時期</w:t>
            </w:r>
            <w:proofErr w:type="spellEnd"/>
          </w:p>
        </w:tc>
        <w:tc>
          <w:tcPr>
            <w:tcW w:w="7087" w:type="dxa"/>
            <w:vAlign w:val="center"/>
          </w:tcPr>
          <w:p w14:paraId="192FD0A5" w14:textId="77777777" w:rsidR="00595BFC" w:rsidRDefault="00373DD2">
            <w:pPr>
              <w:rPr>
                <w:lang w:eastAsia="ja-JP"/>
              </w:rPr>
            </w:pPr>
            <w:r>
              <w:rPr>
                <w:sz w:val="18"/>
                <w:lang w:eastAsia="ja-JP"/>
              </w:rPr>
              <w:t>昭和・平成・令和　　　年頃　／　不明</w:t>
            </w:r>
          </w:p>
        </w:tc>
      </w:tr>
      <w:tr w:rsidR="00595BFC" w14:paraId="3BA8B0CF" w14:textId="77777777">
        <w:trPr>
          <w:jc w:val="center"/>
        </w:trPr>
        <w:tc>
          <w:tcPr>
            <w:tcW w:w="2721" w:type="dxa"/>
            <w:shd w:val="clear" w:color="auto" w:fill="EDEDED"/>
            <w:vAlign w:val="center"/>
          </w:tcPr>
          <w:p w14:paraId="48AA674B" w14:textId="77777777" w:rsidR="00595BFC" w:rsidRDefault="00373DD2">
            <w:proofErr w:type="spellStart"/>
            <w:r>
              <w:rPr>
                <w:b/>
                <w:sz w:val="18"/>
              </w:rPr>
              <w:t>撮影場所</w:t>
            </w:r>
            <w:proofErr w:type="spellEnd"/>
          </w:p>
        </w:tc>
        <w:tc>
          <w:tcPr>
            <w:tcW w:w="7087" w:type="dxa"/>
            <w:vAlign w:val="center"/>
          </w:tcPr>
          <w:p w14:paraId="4C49860E" w14:textId="77777777" w:rsidR="00595BFC" w:rsidRDefault="00373DD2">
            <w:r>
              <w:rPr>
                <w:sz w:val="18"/>
              </w:rPr>
              <w:t xml:space="preserve">　　　　　　　　　　　　　　　　　　　　　　　　　</w:t>
            </w:r>
          </w:p>
        </w:tc>
      </w:tr>
      <w:tr w:rsidR="00595BFC" w14:paraId="38BAF337" w14:textId="77777777">
        <w:trPr>
          <w:jc w:val="center"/>
        </w:trPr>
        <w:tc>
          <w:tcPr>
            <w:tcW w:w="2721" w:type="dxa"/>
            <w:shd w:val="clear" w:color="auto" w:fill="EDEDED"/>
            <w:vAlign w:val="center"/>
          </w:tcPr>
          <w:p w14:paraId="5193DA5A" w14:textId="77777777" w:rsidR="00595BFC" w:rsidRDefault="00373DD2">
            <w:r>
              <w:rPr>
                <w:b/>
                <w:sz w:val="18"/>
              </w:rPr>
              <w:t>写真・映像の内容</w:t>
            </w:r>
          </w:p>
        </w:tc>
        <w:tc>
          <w:tcPr>
            <w:tcW w:w="7087" w:type="dxa"/>
            <w:vAlign w:val="center"/>
          </w:tcPr>
          <w:p w14:paraId="302C90C7" w14:textId="77777777" w:rsidR="00595BFC" w:rsidRDefault="00373DD2">
            <w:r>
              <w:rPr>
                <w:sz w:val="18"/>
              </w:rPr>
              <w:t xml:space="preserve">　　　　　　　　　　　　　　　　　　　　　　　　　</w:t>
            </w:r>
          </w:p>
        </w:tc>
      </w:tr>
      <w:tr w:rsidR="00595BFC" w14:paraId="665B7048" w14:textId="77777777">
        <w:trPr>
          <w:jc w:val="center"/>
        </w:trPr>
        <w:tc>
          <w:tcPr>
            <w:tcW w:w="2721" w:type="dxa"/>
            <w:shd w:val="clear" w:color="auto" w:fill="EDEDED"/>
            <w:vAlign w:val="center"/>
          </w:tcPr>
          <w:p w14:paraId="77116569" w14:textId="77777777" w:rsidR="00595BFC" w:rsidRDefault="00373DD2">
            <w:r>
              <w:rPr>
                <w:b/>
                <w:sz w:val="18"/>
              </w:rPr>
              <w:t>写っている人物</w:t>
            </w:r>
          </w:p>
        </w:tc>
        <w:tc>
          <w:tcPr>
            <w:tcW w:w="7087" w:type="dxa"/>
            <w:vAlign w:val="center"/>
          </w:tcPr>
          <w:p w14:paraId="716C6494" w14:textId="77777777" w:rsidR="00595BFC" w:rsidRDefault="00373DD2">
            <w:r>
              <w:rPr>
                <w:sz w:val="18"/>
              </w:rPr>
              <w:t xml:space="preserve">　　　　　　　　　　　　　　　　　　　　　　　　　</w:t>
            </w:r>
          </w:p>
        </w:tc>
      </w:tr>
      <w:tr w:rsidR="00595BFC" w14:paraId="76D4FF7B" w14:textId="77777777">
        <w:trPr>
          <w:jc w:val="center"/>
        </w:trPr>
        <w:tc>
          <w:tcPr>
            <w:tcW w:w="2721" w:type="dxa"/>
            <w:shd w:val="clear" w:color="auto" w:fill="EDEDED"/>
            <w:vAlign w:val="center"/>
          </w:tcPr>
          <w:p w14:paraId="5CEF775C" w14:textId="77777777" w:rsidR="00595BFC" w:rsidRDefault="00373DD2">
            <w:r>
              <w:rPr>
                <w:b/>
                <w:sz w:val="18"/>
              </w:rPr>
              <w:t>撮影者</w:t>
            </w:r>
          </w:p>
        </w:tc>
        <w:tc>
          <w:tcPr>
            <w:tcW w:w="7087" w:type="dxa"/>
            <w:vAlign w:val="center"/>
          </w:tcPr>
          <w:p w14:paraId="69C2F244" w14:textId="77777777" w:rsidR="00595BFC" w:rsidRDefault="00373DD2">
            <w:r>
              <w:rPr>
                <w:sz w:val="18"/>
              </w:rPr>
              <w:t xml:space="preserve">　　　　　　　　　　　　　　　　　　　　　　　　　</w:t>
            </w:r>
          </w:p>
        </w:tc>
      </w:tr>
      <w:tr w:rsidR="00595BFC" w14:paraId="7B7957EA" w14:textId="77777777">
        <w:trPr>
          <w:jc w:val="center"/>
        </w:trPr>
        <w:tc>
          <w:tcPr>
            <w:tcW w:w="2721" w:type="dxa"/>
            <w:shd w:val="clear" w:color="auto" w:fill="EDEDED"/>
            <w:vAlign w:val="center"/>
          </w:tcPr>
          <w:p w14:paraId="6459F749" w14:textId="77777777" w:rsidR="00595BFC" w:rsidRDefault="00373DD2">
            <w:pPr>
              <w:rPr>
                <w:lang w:eastAsia="ja-JP"/>
              </w:rPr>
            </w:pPr>
            <w:r>
              <w:rPr>
                <w:b/>
                <w:sz w:val="18"/>
                <w:lang w:eastAsia="ja-JP"/>
              </w:rPr>
              <w:t>資料にまつわる思い出・エピソード</w:t>
            </w:r>
          </w:p>
        </w:tc>
        <w:tc>
          <w:tcPr>
            <w:tcW w:w="7087" w:type="dxa"/>
            <w:vAlign w:val="center"/>
          </w:tcPr>
          <w:p w14:paraId="6A70910C" w14:textId="77777777" w:rsidR="00595BFC" w:rsidRDefault="00373DD2">
            <w:pPr>
              <w:rPr>
                <w:lang w:eastAsia="ja-JP"/>
              </w:rPr>
            </w:pPr>
            <w:r>
              <w:rPr>
                <w:sz w:val="18"/>
                <w:lang w:eastAsia="ja-JP"/>
              </w:rPr>
              <w:t xml:space="preserve">　　　　　　　　　　　　　　　　　　　　　　　　　</w:t>
            </w:r>
            <w:r>
              <w:rPr>
                <w:sz w:val="18"/>
                <w:lang w:eastAsia="ja-JP"/>
              </w:rPr>
              <w:br/>
              <w:t xml:space="preserve">　　　　　　　　　　　　　　　　　　　　　　　　　</w:t>
            </w:r>
          </w:p>
        </w:tc>
      </w:tr>
    </w:tbl>
    <w:p w14:paraId="792EB50C" w14:textId="77777777" w:rsidR="00595BFC" w:rsidRDefault="00595BFC">
      <w:pPr>
        <w:rPr>
          <w:lang w:eastAsia="ja-JP"/>
        </w:rPr>
      </w:pPr>
    </w:p>
    <w:p w14:paraId="0FE4961B" w14:textId="77777777" w:rsidR="00595BFC" w:rsidRDefault="00373DD2">
      <w:pPr>
        <w:rPr>
          <w:lang w:eastAsia="ja-JP"/>
        </w:rPr>
      </w:pPr>
      <w:r>
        <w:rPr>
          <w:b/>
          <w:sz w:val="22"/>
          <w:lang w:eastAsia="ja-JP"/>
        </w:rPr>
        <w:t>利用についての確認</w:t>
      </w:r>
    </w:p>
    <w:p w14:paraId="4F5F5051" w14:textId="77777777" w:rsidR="00595BFC" w:rsidRDefault="00373DD2">
      <w:pPr>
        <w:spacing w:after="40"/>
        <w:ind w:left="170"/>
        <w:rPr>
          <w:lang w:eastAsia="ja-JP"/>
        </w:rPr>
      </w:pPr>
      <w:r>
        <w:rPr>
          <w:lang w:eastAsia="ja-JP"/>
        </w:rPr>
        <w:t>□ 提供した写真・映像等は、デジタル化のため一時預け、原則として返却されることを確認しました。</w:t>
      </w:r>
    </w:p>
    <w:p w14:paraId="16990A58" w14:textId="77777777" w:rsidR="00595BFC" w:rsidRDefault="00373DD2">
      <w:pPr>
        <w:spacing w:after="40"/>
        <w:ind w:left="170"/>
        <w:rPr>
          <w:lang w:eastAsia="ja-JP"/>
        </w:rPr>
      </w:pPr>
      <w:r>
        <w:rPr>
          <w:lang w:eastAsia="ja-JP"/>
        </w:rPr>
        <w:t>□ 提供した写真・映像等のデジタルデータを、青木村70周年記念事業、展示、広報、映像制作、記録保存等に活用することに同意します。</w:t>
      </w:r>
    </w:p>
    <w:p w14:paraId="082EA06C" w14:textId="77777777" w:rsidR="00595BFC" w:rsidRDefault="00373DD2">
      <w:pPr>
        <w:spacing w:after="40"/>
        <w:ind w:left="170"/>
        <w:rPr>
          <w:lang w:eastAsia="ja-JP"/>
        </w:rPr>
      </w:pPr>
      <w:r>
        <w:rPr>
          <w:lang w:eastAsia="ja-JP"/>
        </w:rPr>
        <w:t>□ 写真・映像等に写っている人物について、可能な範囲で利用についての了承を得ています。</w:t>
      </w:r>
    </w:p>
    <w:p w14:paraId="7FCD0986" w14:textId="77777777" w:rsidR="00595BFC" w:rsidRDefault="00373DD2">
      <w:pPr>
        <w:spacing w:after="40"/>
        <w:ind w:left="170"/>
        <w:rPr>
          <w:lang w:eastAsia="ja-JP"/>
        </w:rPr>
      </w:pPr>
      <w:r>
        <w:rPr>
          <w:lang w:eastAsia="ja-JP"/>
        </w:rPr>
        <w:t>□ 写真・映像等に関する問い合わせや、当時の様子についての聞き取り・取材に協力します。</w:t>
      </w:r>
    </w:p>
    <w:p w14:paraId="77F36604" w14:textId="77777777" w:rsidR="00595BFC" w:rsidRDefault="00373DD2">
      <w:pPr>
        <w:spacing w:before="100"/>
      </w:pPr>
      <w:proofErr w:type="spellStart"/>
      <w:r>
        <w:rPr>
          <w:b/>
        </w:rPr>
        <w:t>署名（同意確認</w:t>
      </w:r>
      <w:proofErr w:type="spellEnd"/>
      <w:r>
        <w:rPr>
          <w:b/>
        </w:rPr>
        <w:t>）</w:t>
      </w:r>
      <w:r>
        <w:t xml:space="preserve">　</w:t>
      </w:r>
      <w:proofErr w:type="spellStart"/>
      <w:r>
        <w:t>氏名</w:t>
      </w:r>
      <w:proofErr w:type="spellEnd"/>
      <w:r>
        <w:t xml:space="preserve">：　　　　　　　　　　　　　　　　　　　　　　　　　</w:t>
      </w:r>
    </w:p>
    <w:p w14:paraId="4F9DAFE6" w14:textId="77777777" w:rsidR="00595BFC" w:rsidRDefault="00595BFC"/>
    <w:p w14:paraId="6F71DB8D" w14:textId="77777777" w:rsidR="00595BFC" w:rsidRDefault="00373DD2">
      <w:pPr>
        <w:spacing w:after="40"/>
        <w:rPr>
          <w:lang w:eastAsia="ja-JP"/>
        </w:rPr>
      </w:pPr>
      <w:r>
        <w:rPr>
          <w:b/>
          <w:lang w:eastAsia="ja-JP"/>
        </w:rPr>
        <w:lastRenderedPageBreak/>
        <w:t>【お預かりした資料の返却について】</w:t>
      </w:r>
    </w:p>
    <w:p w14:paraId="7E00979F" w14:textId="77777777" w:rsidR="00595BFC" w:rsidRDefault="00373DD2">
      <w:pPr>
        <w:spacing w:after="40"/>
        <w:rPr>
          <w:lang w:eastAsia="ja-JP"/>
        </w:rPr>
      </w:pPr>
      <w:r>
        <w:rPr>
          <w:lang w:eastAsia="ja-JP"/>
        </w:rPr>
        <w:t>お預かりした写真・映像等は、デジタル化した後、原則として返却します。ただし、返却方法や時期については、受付時にご相談ください。</w:t>
      </w:r>
    </w:p>
    <w:p w14:paraId="77C5A213" w14:textId="77777777" w:rsidR="00595BFC" w:rsidRDefault="00373DD2">
      <w:pPr>
        <w:rPr>
          <w:lang w:eastAsia="ja-JP"/>
        </w:rPr>
      </w:pPr>
      <w:r>
        <w:rPr>
          <w:b/>
          <w:lang w:eastAsia="ja-JP"/>
        </w:rPr>
        <w:t>【個人情報の取扱いについて】</w:t>
      </w:r>
    </w:p>
    <w:p w14:paraId="73E7A1B8" w14:textId="77777777" w:rsidR="00595BFC" w:rsidRDefault="00373DD2">
      <w:pPr>
        <w:spacing w:after="40"/>
        <w:rPr>
          <w:lang w:eastAsia="ja-JP"/>
        </w:rPr>
      </w:pPr>
      <w:r>
        <w:rPr>
          <w:lang w:eastAsia="ja-JP"/>
        </w:rPr>
        <w:t>ご記入いただいた個人情報は、本事業の実施、資料に関する連絡及び聞き取り・取材等のために使用し、目的外には使用しません。</w:t>
      </w:r>
    </w:p>
    <w:p w14:paraId="18340290" w14:textId="01D4B4C1" w:rsidR="00595BFC" w:rsidRDefault="00373DD2">
      <w:pPr>
        <w:spacing w:before="120"/>
        <w:jc w:val="center"/>
        <w:rPr>
          <w:lang w:eastAsia="ja-JP"/>
        </w:rPr>
      </w:pPr>
      <w:r>
        <w:rPr>
          <w:b/>
          <w:sz w:val="18"/>
          <w:lang w:eastAsia="ja-JP"/>
        </w:rPr>
        <w:t xml:space="preserve">　　　　　　　　　</w:t>
      </w:r>
    </w:p>
    <w:sectPr w:rsidR="00595BF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3DD2"/>
    <w:rsid w:val="00595BFC"/>
    <w:rsid w:val="007A4DC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026DD8"/>
  <w14:defaultImageDpi w14:val="300"/>
  <w15:docId w15:val="{47CCF12B-F4DD-44F4-9ECF-CF1E7B5B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游ゴシック" w:eastAsia="游ゴシック" w:hAnsi="游ゴシック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887785-93A2-49B9-94B4-D262E141A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849</Characters>
  <Application>Microsoft Office Word</Application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4989 </cp:lastModifiedBy>
  <cp:revision>2</cp:revision>
  <dcterms:created xsi:type="dcterms:W3CDTF">2026-09-29T00:03:00Z</dcterms:created>
  <dcterms:modified xsi:type="dcterms:W3CDTF">2026-09-29T00:03:00Z</dcterms:modified>
  <cp:category/>
</cp:coreProperties>
</file>